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2380D" w14:textId="77777777" w:rsidR="009B558F" w:rsidRPr="00583D40" w:rsidRDefault="00000000">
      <w:pPr>
        <w:spacing w:after="20"/>
        <w:jc w:val="center"/>
        <w:rPr>
          <w:lang w:val="pt-BR"/>
        </w:rPr>
      </w:pPr>
      <w:r w:rsidRPr="00583D40">
        <w:rPr>
          <w:b/>
          <w:sz w:val="28"/>
          <w:lang w:val="pt-BR"/>
        </w:rPr>
        <w:t>TERMO DE RESPONSABILIDADE</w:t>
      </w:r>
    </w:p>
    <w:p w14:paraId="6DDD27DB" w14:textId="77777777" w:rsidR="009B558F" w:rsidRPr="00583D40" w:rsidRDefault="00000000">
      <w:pPr>
        <w:spacing w:after="200"/>
        <w:jc w:val="center"/>
        <w:rPr>
          <w:lang w:val="pt-BR"/>
        </w:rPr>
      </w:pPr>
      <w:r w:rsidRPr="00583D40">
        <w:rPr>
          <w:b/>
          <w:sz w:val="22"/>
          <w:lang w:val="pt-BR"/>
        </w:rPr>
        <w:t>Subsídio para participação no GEORS 2026</w:t>
      </w:r>
    </w:p>
    <w:p w14:paraId="584EF44B" w14:textId="77777777" w:rsidR="009B558F" w:rsidRPr="00583D40" w:rsidRDefault="00000000">
      <w:pPr>
        <w:jc w:val="both"/>
        <w:rPr>
          <w:lang w:val="pt-BR"/>
        </w:rPr>
      </w:pPr>
      <w:r w:rsidRPr="00583D40">
        <w:rPr>
          <w:lang w:val="pt-BR"/>
        </w:rPr>
        <w:t>A Associação Brasileira de Mecânica dos Solos e Engenharia Geotécnica – ABMS, por meio do Núcleo Regional do Rio Grande do Sul – ABMS/RS, no âmbito do GEORS 2026, concederá subsídio financeiro destinado a auxiliar no deslocamento de estudantes para participação no evento.</w:t>
      </w:r>
    </w:p>
    <w:p w14:paraId="67FEC546" w14:textId="77777777" w:rsidR="009B558F" w:rsidRPr="00583D40" w:rsidRDefault="00000000">
      <w:pPr>
        <w:jc w:val="both"/>
        <w:rPr>
          <w:lang w:val="pt-BR"/>
        </w:rPr>
      </w:pPr>
      <w:r w:rsidRPr="00583D40">
        <w:rPr>
          <w:lang w:val="pt-BR"/>
        </w:rPr>
        <w:t>O(A) Professor(a) ____________________________________________, CPF nº ________________________, vinculado(a) à ____________________________________________, na condição de responsável pelo grupo, declara estar ciente e de acordo com as seguintes condições:</w:t>
      </w:r>
    </w:p>
    <w:p w14:paraId="33E2FB14" w14:textId="77777777" w:rsidR="009B558F" w:rsidRPr="00583D40" w:rsidRDefault="00000000">
      <w:pPr>
        <w:spacing w:after="80"/>
        <w:ind w:left="57" w:hanging="57"/>
        <w:jc w:val="both"/>
        <w:rPr>
          <w:lang w:val="pt-BR"/>
        </w:rPr>
      </w:pPr>
      <w:r w:rsidRPr="00583D40">
        <w:rPr>
          <w:b/>
          <w:lang w:val="pt-BR"/>
        </w:rPr>
        <w:t xml:space="preserve">1. </w:t>
      </w:r>
      <w:r w:rsidRPr="00583D40">
        <w:rPr>
          <w:lang w:val="pt-BR"/>
        </w:rPr>
        <w:t>O subsídio concedido pela ABMS/RS constitui exclusivamente apoio financeiro, não cabendo à ABMS a organização, contratação ou execução do transporte e da viagem.</w:t>
      </w:r>
    </w:p>
    <w:p w14:paraId="25C6F048" w14:textId="77777777" w:rsidR="009B558F" w:rsidRPr="00583D40" w:rsidRDefault="00000000">
      <w:pPr>
        <w:spacing w:after="80"/>
        <w:ind w:left="57" w:hanging="57"/>
        <w:jc w:val="both"/>
        <w:rPr>
          <w:lang w:val="pt-BR"/>
        </w:rPr>
      </w:pPr>
      <w:r w:rsidRPr="00583D40">
        <w:rPr>
          <w:b/>
          <w:lang w:val="pt-BR"/>
        </w:rPr>
        <w:t xml:space="preserve">2. </w:t>
      </w:r>
      <w:r w:rsidRPr="00583D40">
        <w:rPr>
          <w:lang w:val="pt-BR"/>
        </w:rPr>
        <w:t>O(A) professor(a) responsável compromete-se a organizar e acompanhar o grupo, responsabilizando-se pelo deslocamento de ida e retorno, percurso, transporte e acompanhamento dos estudantes durante a viagem.</w:t>
      </w:r>
    </w:p>
    <w:p w14:paraId="5BFCAE9B" w14:textId="77777777" w:rsidR="009B558F" w:rsidRPr="00583D40" w:rsidRDefault="00000000">
      <w:pPr>
        <w:spacing w:after="80"/>
        <w:ind w:left="57" w:hanging="57"/>
        <w:jc w:val="both"/>
        <w:rPr>
          <w:lang w:val="pt-BR"/>
        </w:rPr>
      </w:pPr>
      <w:r w:rsidRPr="00583D40">
        <w:rPr>
          <w:b/>
          <w:lang w:val="pt-BR"/>
        </w:rPr>
        <w:t xml:space="preserve">3. </w:t>
      </w:r>
      <w:r w:rsidRPr="00583D40">
        <w:rPr>
          <w:lang w:val="pt-BR"/>
        </w:rPr>
        <w:t xml:space="preserve">É obrigatória a contratação de </w:t>
      </w:r>
      <w:proofErr w:type="gramStart"/>
      <w:r w:rsidRPr="00583D40">
        <w:rPr>
          <w:lang w:val="pt-BR"/>
        </w:rPr>
        <w:t>seguro viagem</w:t>
      </w:r>
      <w:proofErr w:type="gramEnd"/>
      <w:r w:rsidRPr="00583D40">
        <w:rPr>
          <w:lang w:val="pt-BR"/>
        </w:rPr>
        <w:t xml:space="preserve"> para todos os participantes, válido durante todo o período de deslocamento e permanência vinculados à participação no GEORS 2026.</w:t>
      </w:r>
    </w:p>
    <w:p w14:paraId="07C34FD9" w14:textId="77777777" w:rsidR="009B558F" w:rsidRPr="00583D40" w:rsidRDefault="00000000">
      <w:pPr>
        <w:spacing w:after="80"/>
        <w:ind w:left="57" w:hanging="57"/>
        <w:jc w:val="both"/>
        <w:rPr>
          <w:lang w:val="pt-BR"/>
        </w:rPr>
      </w:pPr>
      <w:r w:rsidRPr="00583D40">
        <w:rPr>
          <w:b/>
          <w:lang w:val="pt-BR"/>
        </w:rPr>
        <w:t xml:space="preserve">4. </w:t>
      </w:r>
      <w:r w:rsidRPr="00583D40">
        <w:rPr>
          <w:lang w:val="pt-BR"/>
        </w:rPr>
        <w:t>Eventuais autorizações de pais ou responsáveis, quando houver estudantes menores de idade, bem como demais documentos necessários à viagem, deverão ser providenciados pelo responsável pelo grupo.</w:t>
      </w:r>
    </w:p>
    <w:p w14:paraId="6ADADBA5" w14:textId="77777777" w:rsidR="009B558F" w:rsidRPr="00583D40" w:rsidRDefault="00000000">
      <w:pPr>
        <w:spacing w:after="80"/>
        <w:ind w:left="57" w:hanging="57"/>
        <w:jc w:val="both"/>
        <w:rPr>
          <w:lang w:val="pt-BR"/>
        </w:rPr>
      </w:pPr>
      <w:r w:rsidRPr="00583D40">
        <w:rPr>
          <w:b/>
          <w:lang w:val="pt-BR"/>
        </w:rPr>
        <w:t xml:space="preserve">5. </w:t>
      </w:r>
      <w:r w:rsidRPr="00583D40">
        <w:rPr>
          <w:lang w:val="pt-BR"/>
        </w:rPr>
        <w:t>A ABMS/RS não se responsabiliza por ocorrências relacionadas ao transporte, percurso ou acompanhamento dos participantes, limitando sua atuação à concessão do subsídio financeiro, ressalvadas as responsabilidades legalmente aplicáveis.</w:t>
      </w:r>
    </w:p>
    <w:p w14:paraId="58D99F17" w14:textId="38200765" w:rsidR="00A46ABD" w:rsidRPr="00A46ABD" w:rsidRDefault="00583D40" w:rsidP="00A46ABD">
      <w:pPr>
        <w:spacing w:after="80"/>
        <w:ind w:left="57" w:hanging="57"/>
        <w:jc w:val="both"/>
        <w:rPr>
          <w:lang w:val="pt-BR"/>
        </w:rPr>
      </w:pPr>
      <w:r>
        <w:rPr>
          <w:b/>
          <w:lang w:val="pt-BR"/>
        </w:rPr>
        <w:t>6.</w:t>
      </w:r>
      <w:r>
        <w:rPr>
          <w:lang w:val="pt-BR"/>
        </w:rPr>
        <w:t xml:space="preserve"> </w:t>
      </w:r>
      <w:r w:rsidR="00A46ABD" w:rsidRPr="00A46ABD">
        <w:rPr>
          <w:lang w:val="pt-BR"/>
        </w:rPr>
        <w:t xml:space="preserve">Para a concessão do subsídio, é obrigatório que as caravanas realizadas em ônibus tenham, no mínimo, 40 passageiros inscritos no GEORS 2026, e as caravanas realizadas em </w:t>
      </w:r>
      <w:proofErr w:type="gramStart"/>
      <w:r w:rsidR="00A46ABD" w:rsidRPr="00A46ABD">
        <w:rPr>
          <w:lang w:val="pt-BR"/>
        </w:rPr>
        <w:t>micro-ônibus</w:t>
      </w:r>
      <w:proofErr w:type="gramEnd"/>
      <w:r w:rsidR="00A46ABD" w:rsidRPr="00A46ABD">
        <w:rPr>
          <w:lang w:val="pt-BR"/>
        </w:rPr>
        <w:t xml:space="preserve"> tenham, no mínimo, 25 passageiros inscritos no evento.</w:t>
      </w:r>
    </w:p>
    <w:p w14:paraId="07FC2100" w14:textId="77777777" w:rsidR="00A46ABD" w:rsidRDefault="00A46ABD" w:rsidP="00A46ABD">
      <w:pPr>
        <w:spacing w:after="80"/>
        <w:ind w:left="57" w:hanging="57"/>
        <w:jc w:val="both"/>
        <w:rPr>
          <w:lang w:val="pt-BR"/>
        </w:rPr>
      </w:pPr>
      <w:r w:rsidRPr="00A46ABD">
        <w:rPr>
          <w:b/>
          <w:bCs/>
          <w:lang w:val="pt-BR"/>
        </w:rPr>
        <w:t>7.</w:t>
      </w:r>
      <w:r w:rsidRPr="00A46ABD">
        <w:rPr>
          <w:lang w:val="pt-BR"/>
        </w:rPr>
        <w:t xml:space="preserve"> Para a aprovação do subsídio, o(a) responsável pelo grupo deverá encaminhar, juntamente com a solicitação, a relação de todos os estudantes integrantes da caravana devidamente inscritos no GEORS 2026.</w:t>
      </w:r>
    </w:p>
    <w:p w14:paraId="69294266" w14:textId="3FC8734D" w:rsidR="009B558F" w:rsidRPr="00583D40" w:rsidRDefault="00000000" w:rsidP="00A46ABD">
      <w:pPr>
        <w:spacing w:after="80"/>
        <w:ind w:left="57" w:hanging="57"/>
        <w:jc w:val="both"/>
        <w:rPr>
          <w:lang w:val="pt-BR"/>
        </w:rPr>
      </w:pPr>
      <w:r w:rsidRPr="00583D40">
        <w:rPr>
          <w:lang w:val="pt-BR"/>
        </w:rPr>
        <w:t>Ao assinar este Termo, o(a) professor(a) declara ciência e concordância com as condições acima.</w:t>
      </w:r>
    </w:p>
    <w:p w14:paraId="6EE52DD3" w14:textId="77777777" w:rsidR="009B558F" w:rsidRPr="00583D40" w:rsidRDefault="00000000">
      <w:pPr>
        <w:spacing w:after="60"/>
        <w:rPr>
          <w:lang w:val="pt-BR"/>
        </w:rPr>
      </w:pPr>
      <w:r w:rsidRPr="00583D40">
        <w:rPr>
          <w:lang w:val="pt-BR"/>
        </w:rPr>
        <w:t>Universidade/Instituição: _________________________________________________</w:t>
      </w:r>
    </w:p>
    <w:p w14:paraId="691BF1A2" w14:textId="77777777" w:rsidR="009B558F" w:rsidRPr="00583D40" w:rsidRDefault="00000000">
      <w:pPr>
        <w:spacing w:after="60"/>
        <w:rPr>
          <w:lang w:val="pt-BR"/>
        </w:rPr>
      </w:pPr>
      <w:r w:rsidRPr="00583D40">
        <w:rPr>
          <w:lang w:val="pt-BR"/>
        </w:rPr>
        <w:t>Professor(a) responsável: _________________________________________________</w:t>
      </w:r>
    </w:p>
    <w:p w14:paraId="7011C8F6" w14:textId="77777777" w:rsidR="009B558F" w:rsidRPr="00583D40" w:rsidRDefault="00000000">
      <w:pPr>
        <w:spacing w:after="60"/>
        <w:rPr>
          <w:lang w:val="pt-BR"/>
        </w:rPr>
      </w:pPr>
      <w:r w:rsidRPr="00583D40">
        <w:rPr>
          <w:lang w:val="pt-BR"/>
        </w:rPr>
        <w:t>Telefone/E-mail: _________________________________________________________</w:t>
      </w:r>
    </w:p>
    <w:p w14:paraId="755781E5" w14:textId="77777777" w:rsidR="009B558F" w:rsidRPr="00583D40" w:rsidRDefault="00000000">
      <w:pPr>
        <w:spacing w:after="60"/>
        <w:rPr>
          <w:lang w:val="pt-BR"/>
        </w:rPr>
      </w:pPr>
      <w:r w:rsidRPr="00583D40">
        <w:rPr>
          <w:lang w:val="pt-BR"/>
        </w:rPr>
        <w:t>Número de estudantes: __________</w:t>
      </w:r>
    </w:p>
    <w:p w14:paraId="391F2A33" w14:textId="77777777" w:rsidR="009B558F" w:rsidRPr="00583D40" w:rsidRDefault="00000000">
      <w:pPr>
        <w:spacing w:after="60"/>
        <w:rPr>
          <w:lang w:val="pt-BR"/>
        </w:rPr>
      </w:pPr>
      <w:r w:rsidRPr="00583D40">
        <w:rPr>
          <w:lang w:val="pt-BR"/>
        </w:rPr>
        <w:t>Cidade de origem: ________________________________________________________</w:t>
      </w:r>
    </w:p>
    <w:p w14:paraId="7BA2B1AD" w14:textId="77777777" w:rsidR="009B558F" w:rsidRPr="00583D40" w:rsidRDefault="00000000">
      <w:pPr>
        <w:spacing w:before="100"/>
        <w:rPr>
          <w:lang w:val="pt-BR"/>
        </w:rPr>
      </w:pPr>
      <w:r w:rsidRPr="00583D40">
        <w:rPr>
          <w:lang w:val="pt-BR"/>
        </w:rPr>
        <w:t>Local e data: ____________________________________, ____/____/2026.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3"/>
        <w:gridCol w:w="4873"/>
      </w:tblGrid>
      <w:tr w:rsidR="009B558F" w:rsidRPr="00583D40" w14:paraId="55B6C56F" w14:textId="77777777">
        <w:trPr>
          <w:jc w:val="center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</w:tcPr>
          <w:p w14:paraId="59958A82" w14:textId="77777777" w:rsidR="00A46ABD" w:rsidRDefault="00A46ABD">
            <w:pPr>
              <w:spacing w:before="360"/>
              <w:jc w:val="center"/>
              <w:rPr>
                <w:lang w:val="pt-BR"/>
              </w:rPr>
            </w:pPr>
          </w:p>
          <w:p w14:paraId="2B87412B" w14:textId="6E8AB02C" w:rsidR="009B558F" w:rsidRPr="00583D40" w:rsidRDefault="00000000">
            <w:pPr>
              <w:spacing w:before="360"/>
              <w:jc w:val="center"/>
              <w:rPr>
                <w:lang w:val="pt-BR"/>
              </w:rPr>
            </w:pPr>
            <w:r w:rsidRPr="00583D40">
              <w:rPr>
                <w:lang w:val="pt-BR"/>
              </w:rPr>
              <w:t>____________________________________</w:t>
            </w:r>
            <w:r w:rsidRPr="00583D40">
              <w:rPr>
                <w:lang w:val="pt-BR"/>
              </w:rPr>
              <w:br/>
            </w:r>
            <w:r w:rsidRPr="00583D40">
              <w:rPr>
                <w:b/>
                <w:lang w:val="pt-BR"/>
              </w:rPr>
              <w:t>Professor(a) responsável pelo grupo</w:t>
            </w:r>
            <w:r w:rsidRPr="00583D40">
              <w:rPr>
                <w:lang w:val="pt-BR"/>
              </w:rPr>
              <w:br/>
              <w:t>Assinatura</w:t>
            </w:r>
          </w:p>
        </w:tc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</w:tcPr>
          <w:p w14:paraId="7EDBEA41" w14:textId="77777777" w:rsidR="009B558F" w:rsidRPr="00583D40" w:rsidRDefault="00000000">
            <w:pPr>
              <w:spacing w:before="360"/>
              <w:jc w:val="center"/>
              <w:rPr>
                <w:lang w:val="pt-BR"/>
              </w:rPr>
            </w:pPr>
            <w:r w:rsidRPr="00583D40">
              <w:rPr>
                <w:i/>
                <w:lang w:val="pt-BR"/>
              </w:rPr>
              <w:t>De acordo, se aplicável:</w:t>
            </w:r>
            <w:r w:rsidRPr="00583D40">
              <w:rPr>
                <w:i/>
                <w:lang w:val="pt-BR"/>
              </w:rPr>
              <w:br/>
            </w:r>
            <w:r w:rsidRPr="00583D40">
              <w:rPr>
                <w:i/>
                <w:lang w:val="pt-BR"/>
              </w:rPr>
              <w:br/>
            </w:r>
            <w:r w:rsidRPr="00583D40">
              <w:rPr>
                <w:lang w:val="pt-BR"/>
              </w:rPr>
              <w:t>____________________________________</w:t>
            </w:r>
            <w:r w:rsidRPr="00583D40">
              <w:rPr>
                <w:lang w:val="pt-BR"/>
              </w:rPr>
              <w:br/>
            </w:r>
            <w:r w:rsidRPr="00583D40">
              <w:rPr>
                <w:b/>
                <w:lang w:val="pt-BR"/>
              </w:rPr>
              <w:t>Representante da Universidade/Instituição</w:t>
            </w:r>
            <w:r w:rsidRPr="00583D40">
              <w:rPr>
                <w:lang w:val="pt-BR"/>
              </w:rPr>
              <w:br/>
              <w:t>Assinatura facultativa</w:t>
            </w:r>
          </w:p>
        </w:tc>
      </w:tr>
    </w:tbl>
    <w:p w14:paraId="5FC11D0C" w14:textId="77777777" w:rsidR="00356E1A" w:rsidRPr="00583D40" w:rsidRDefault="00356E1A">
      <w:pPr>
        <w:rPr>
          <w:lang w:val="pt-BR"/>
        </w:rPr>
      </w:pPr>
    </w:p>
    <w:sectPr w:rsidR="00356E1A" w:rsidRPr="00583D40" w:rsidSect="00034616">
      <w:pgSz w:w="12240" w:h="15840"/>
      <w:pgMar w:top="964" w:right="1247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8677948">
    <w:abstractNumId w:val="8"/>
  </w:num>
  <w:num w:numId="2" w16cid:durableId="1774200984">
    <w:abstractNumId w:val="6"/>
  </w:num>
  <w:num w:numId="3" w16cid:durableId="115026839">
    <w:abstractNumId w:val="5"/>
  </w:num>
  <w:num w:numId="4" w16cid:durableId="426580002">
    <w:abstractNumId w:val="4"/>
  </w:num>
  <w:num w:numId="5" w16cid:durableId="1591818795">
    <w:abstractNumId w:val="7"/>
  </w:num>
  <w:num w:numId="6" w16cid:durableId="1703744187">
    <w:abstractNumId w:val="3"/>
  </w:num>
  <w:num w:numId="7" w16cid:durableId="1732078991">
    <w:abstractNumId w:val="2"/>
  </w:num>
  <w:num w:numId="8" w16cid:durableId="1773283963">
    <w:abstractNumId w:val="1"/>
  </w:num>
  <w:num w:numId="9" w16cid:durableId="1160341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6E1A"/>
    <w:rsid w:val="004D38C2"/>
    <w:rsid w:val="00583D40"/>
    <w:rsid w:val="009B558F"/>
    <w:rsid w:val="00A46AB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D30A64"/>
  <w14:defaultImageDpi w14:val="300"/>
  <w15:docId w15:val="{4E856C71-7094-446B-BE1C-63F682FD7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429</Words>
  <Characters>2318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Souza Floriano</cp:lastModifiedBy>
  <cp:revision>2</cp:revision>
  <dcterms:created xsi:type="dcterms:W3CDTF">2026-09-02T21:52:00Z</dcterms:created>
  <dcterms:modified xsi:type="dcterms:W3CDTF">2026-09-02T21:52:00Z</dcterms:modified>
  <cp:category/>
</cp:coreProperties>
</file>